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C2EB7" w14:textId="56B90D97" w:rsidR="00CA60AE" w:rsidRDefault="00000000">
      <w:pPr>
        <w:pStyle w:val="Titel"/>
      </w:pPr>
      <w:r>
        <w:t>AI &amp; Green Transition – Complete Student Book (GF2 English E)</w:t>
      </w:r>
    </w:p>
    <w:p w14:paraId="3D091366" w14:textId="77777777" w:rsidR="00CA60AE" w:rsidRDefault="00000000">
      <w:pPr>
        <w:pStyle w:val="Overskrift1"/>
      </w:pPr>
      <w:r>
        <w:t>1. Artificial Intelligence (AI)</w:t>
      </w:r>
    </w:p>
    <w:p w14:paraId="61DF28F0" w14:textId="77777777" w:rsidR="00857A49" w:rsidRDefault="00000000" w:rsidP="00857A49">
      <w:pPr>
        <w:spacing w:after="0"/>
      </w:pPr>
      <w:r>
        <w:t>Artificial Intelligence (AI) is one of the most important and rapidly developing technologies in the modern world. AI refers to computer systems that are able to perform tasks that normally require human intelligence, such as learning, problem-solving, and decision-making.</w:t>
      </w:r>
      <w:r>
        <w:br/>
      </w:r>
      <w:r>
        <w:br/>
        <w:t>AI systems are based on algorithms and large datasets. A key part of AI is machine learning, where systems improve over time by analyzing data. This allows AI to become more accurate and efficient.</w:t>
      </w:r>
      <w:r>
        <w:br/>
      </w:r>
      <w:r>
        <w:br/>
        <w:t>In IT, AI is used to monitor systems, detect problems, improve cybersecurity, and automate processes. AI can analyze system performance in real time and react quickly to issues.</w:t>
      </w:r>
      <w:r>
        <w:br/>
      </w:r>
      <w:r>
        <w:br/>
        <w:t>For data technicians, AI is an essential tool. It supports monitoring, troubleshooting, and optimization of systems.</w:t>
      </w:r>
      <w:r>
        <w:br/>
      </w:r>
      <w:r>
        <w:br/>
        <w:t>Pair Work:</w:t>
      </w:r>
      <w:r>
        <w:br/>
        <w:t>Discuss:</w:t>
      </w:r>
      <w:r w:rsidR="00857A49">
        <w:t xml:space="preserve"> </w:t>
      </w:r>
      <w:r>
        <w:t>- Where do you see AI in everyday life?</w:t>
      </w:r>
      <w:r w:rsidR="00857A49">
        <w:t xml:space="preserve"> </w:t>
      </w:r>
    </w:p>
    <w:p w14:paraId="2039FFA1" w14:textId="2969FB6C" w:rsidR="00CA60AE" w:rsidRDefault="00000000" w:rsidP="00857A49">
      <w:pPr>
        <w:spacing w:after="0"/>
      </w:pPr>
      <w:r>
        <w:t>- What are advantages and disadvantages of AI?</w:t>
      </w:r>
    </w:p>
    <w:p w14:paraId="6C109994" w14:textId="77777777" w:rsidR="00CA60AE" w:rsidRDefault="00000000">
      <w:pPr>
        <w:pStyle w:val="Overskrift1"/>
      </w:pPr>
      <w:r>
        <w:t>2. Data Centers and Energy</w:t>
      </w:r>
    </w:p>
    <w:p w14:paraId="53E0B7A7" w14:textId="31D73DC8" w:rsidR="00CA60AE" w:rsidRDefault="00000000">
      <w:r>
        <w:t>Data centers are facilities that store and process data. They are essential for websites, cloud services, and digital communication.</w:t>
      </w:r>
      <w:r>
        <w:br/>
      </w:r>
      <w:r>
        <w:br/>
        <w:t>Data centers contain thousands of servers that run continuously. These servers generate heat and require cooling systems, which use a lot of energy.</w:t>
      </w:r>
      <w:r>
        <w:br/>
      </w:r>
      <w:r>
        <w:br/>
        <w:t>Because of this, data centers have high energy consumption and environmental impact.</w:t>
      </w:r>
      <w:r>
        <w:br/>
      </w:r>
      <w:r>
        <w:br/>
        <w:t>AI can help reduce energy use by optimizing cooling systems, predicting workloads, and improving efficiency.</w:t>
      </w:r>
      <w:r>
        <w:br/>
      </w:r>
      <w:r>
        <w:br/>
        <w:t>Pair Work:</w:t>
      </w:r>
      <w:r>
        <w:br/>
        <w:t>Explain to your partner:</w:t>
      </w:r>
      <w:r>
        <w:br/>
        <w:t>- Why do data centers use so much energy?</w:t>
      </w:r>
      <w:r w:rsidR="00857A49">
        <w:t xml:space="preserve"> </w:t>
      </w:r>
      <w:r>
        <w:t>- How can AI improve efficiency?</w:t>
      </w:r>
      <w:r>
        <w:br/>
      </w:r>
    </w:p>
    <w:p w14:paraId="6EF2694B" w14:textId="77777777" w:rsidR="00CA60AE" w:rsidRDefault="00000000">
      <w:pPr>
        <w:pStyle w:val="Overskrift1"/>
      </w:pPr>
      <w:r>
        <w:lastRenderedPageBreak/>
        <w:t>3. AI in Practice</w:t>
      </w:r>
    </w:p>
    <w:p w14:paraId="64BE441A" w14:textId="77777777" w:rsidR="00CA60AE" w:rsidRDefault="00000000">
      <w:r>
        <w:t>Data technicians work with servers, networks, and monitoring systems. Their job is to ensure systems run efficiently and securely.</w:t>
      </w:r>
      <w:r>
        <w:br/>
      </w:r>
      <w:r>
        <w:br/>
        <w:t>AI helps detect problems early, predict failures, and automate routine tasks. This reduces downtime and improves performance.</w:t>
      </w:r>
      <w:r>
        <w:br/>
      </w:r>
      <w:r>
        <w:br/>
        <w:t>AI does not replace technicians. Human knowledge is still necessary to understand systems and make decisions.</w:t>
      </w:r>
      <w:r>
        <w:br/>
      </w:r>
      <w:r>
        <w:br/>
        <w:t>Pair Work:</w:t>
      </w:r>
      <w:r>
        <w:br/>
        <w:t>Role play:</w:t>
      </w:r>
      <w:r>
        <w:br/>
        <w:t xml:space="preserve">Student A = technician  </w:t>
      </w:r>
      <w:r>
        <w:br/>
        <w:t xml:space="preserve">Student B = manager  </w:t>
      </w:r>
      <w:r>
        <w:br/>
        <w:t>Explain how AI improves systems.</w:t>
      </w:r>
      <w:r>
        <w:br/>
      </w:r>
    </w:p>
    <w:p w14:paraId="72477BF9" w14:textId="77777777" w:rsidR="00CA60AE" w:rsidRDefault="00000000">
      <w:pPr>
        <w:pStyle w:val="Overskrift1"/>
      </w:pPr>
      <w:r>
        <w:t>4. Green Transition</w:t>
      </w:r>
    </w:p>
    <w:p w14:paraId="3B6BFA31" w14:textId="77777777" w:rsidR="00CA60AE" w:rsidRDefault="00000000">
      <w:r>
        <w:t>Green transition means making technology more environmentally friendly. In IT, this includes reducing energy consumption, using renewable energy, and improving efficiency.</w:t>
      </w:r>
      <w:r>
        <w:br/>
      </w:r>
      <w:r>
        <w:br/>
        <w:t>Many data centers now use wind and solar power. AI helps optimize energy use and reduce waste.</w:t>
      </w:r>
      <w:r>
        <w:br/>
      </w:r>
      <w:r>
        <w:br/>
        <w:t>For data technicians, sustainability is an important responsibility.</w:t>
      </w:r>
      <w:r>
        <w:br/>
      </w:r>
      <w:r>
        <w:br/>
        <w:t>Pair Work:</w:t>
      </w:r>
      <w:r>
        <w:br/>
        <w:t>Discuss:</w:t>
      </w:r>
      <w:r>
        <w:br/>
        <w:t>- Why is sustainability important?</w:t>
      </w:r>
      <w:r>
        <w:br/>
        <w:t>- What can IT companies do to be greener?</w:t>
      </w:r>
      <w:r>
        <w:br/>
      </w:r>
    </w:p>
    <w:p w14:paraId="3869F1A8" w14:textId="77777777" w:rsidR="00CA60AE" w:rsidRDefault="00000000">
      <w:pPr>
        <w:pStyle w:val="Overskrift1"/>
      </w:pPr>
      <w:r>
        <w:t>5. Tasks</w:t>
      </w:r>
    </w:p>
    <w:p w14:paraId="53689B4A" w14:textId="77777777" w:rsidR="00CA60AE" w:rsidRDefault="00000000">
      <w:r>
        <w:t>A. Vocabulary:</w:t>
      </w:r>
      <w:r>
        <w:br/>
        <w:t>Explain:</w:t>
      </w:r>
      <w:r>
        <w:br/>
        <w:t>- AI</w:t>
      </w:r>
      <w:r>
        <w:br/>
        <w:t>- Machine Learning</w:t>
      </w:r>
      <w:r>
        <w:br/>
        <w:t>- Data Center</w:t>
      </w:r>
      <w:r>
        <w:br/>
        <w:t>- Sustainability</w:t>
      </w:r>
      <w:r>
        <w:br/>
        <w:t>- Energy Efficiency</w:t>
      </w:r>
      <w:r>
        <w:br/>
      </w:r>
      <w:r>
        <w:br/>
      </w:r>
      <w:r>
        <w:lastRenderedPageBreak/>
        <w:t>B. Reading Questions:</w:t>
      </w:r>
      <w:r>
        <w:br/>
        <w:t>1. What is AI?</w:t>
      </w:r>
      <w:r>
        <w:br/>
        <w:t>2. How does AI improve IT systems?</w:t>
      </w:r>
      <w:r>
        <w:br/>
        <w:t>3. Why do data centers use a lot of energy?</w:t>
      </w:r>
      <w:r>
        <w:br/>
        <w:t>4. How can AI reduce energy consumption?</w:t>
      </w:r>
      <w:r>
        <w:br/>
      </w:r>
      <w:r>
        <w:br/>
        <w:t>C. Writing:</w:t>
      </w:r>
      <w:r>
        <w:br/>
        <w:t>Write 150–200 words:</w:t>
      </w:r>
      <w:r>
        <w:br/>
        <w:t>How can AI support a sustainable IT industry?</w:t>
      </w:r>
      <w:r>
        <w:br/>
      </w:r>
      <w:r>
        <w:br/>
        <w:t>D. Pair Work:</w:t>
      </w:r>
      <w:r>
        <w:br/>
        <w:t>1. Explain AI to your partner</w:t>
      </w:r>
      <w:r>
        <w:br/>
        <w:t>2. Discuss pros and cons</w:t>
      </w:r>
      <w:r>
        <w:br/>
        <w:t>3. Give feedback on writing</w:t>
      </w:r>
      <w:r>
        <w:br/>
      </w:r>
      <w:r>
        <w:br/>
        <w:t>E. True/False:</w:t>
      </w:r>
      <w:r>
        <w:br/>
        <w:t>1. AI can learn from data</w:t>
      </w:r>
      <w:r>
        <w:br/>
        <w:t>2. Data centers use no energy</w:t>
      </w:r>
      <w:r>
        <w:br/>
        <w:t>3. AI replaces all technicians</w:t>
      </w:r>
      <w:r>
        <w:br/>
        <w:t>4. Green IT focuses on sustainability</w:t>
      </w:r>
      <w:r>
        <w:br/>
      </w:r>
      <w:r>
        <w:br/>
        <w:t>F. Match:</w:t>
      </w:r>
      <w:r>
        <w:br/>
        <w:t>Match concepts with definitions</w:t>
      </w:r>
      <w:r>
        <w:br/>
      </w:r>
    </w:p>
    <w:p w14:paraId="6F1A36E1" w14:textId="77777777" w:rsidR="00CA60AE" w:rsidRDefault="00000000">
      <w:pPr>
        <w:pStyle w:val="Overskrift1"/>
      </w:pPr>
      <w:r>
        <w:t>6. Case Assignment</w:t>
      </w:r>
    </w:p>
    <w:p w14:paraId="5BB83D23" w14:textId="77777777" w:rsidR="00CA60AE" w:rsidRDefault="00000000">
      <w:r>
        <w:t>You are a data technician working in a company with a large data center.</w:t>
      </w:r>
      <w:r>
        <w:br/>
      </w:r>
      <w:r>
        <w:br/>
        <w:t>The company wants to reduce energy costs and become more sustainable.</w:t>
      </w:r>
      <w:r>
        <w:br/>
      </w:r>
      <w:r>
        <w:br/>
        <w:t>Tasks:</w:t>
      </w:r>
      <w:r>
        <w:br/>
        <w:t>1. Explain how AI can help</w:t>
      </w:r>
      <w:r>
        <w:br/>
        <w:t>2. Suggest two green solutions</w:t>
      </w:r>
      <w:r>
        <w:br/>
        <w:t>3. Discuss challenges</w:t>
      </w:r>
      <w:r>
        <w:br/>
      </w:r>
      <w:r>
        <w:br/>
        <w:t>Pair Work:</w:t>
      </w:r>
      <w:r>
        <w:br/>
        <w:t>Discuss ideas with a partner before writing.</w:t>
      </w:r>
      <w:r>
        <w:br/>
      </w:r>
      <w:r>
        <w:br/>
        <w:t>Write 150–200 words individually.</w:t>
      </w:r>
      <w:r>
        <w:br/>
      </w:r>
    </w:p>
    <w:sectPr w:rsidR="00CA60A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num w:numId="1" w16cid:durableId="186022905">
    <w:abstractNumId w:val="8"/>
  </w:num>
  <w:num w:numId="2" w16cid:durableId="235163650">
    <w:abstractNumId w:val="6"/>
  </w:num>
  <w:num w:numId="3" w16cid:durableId="827748989">
    <w:abstractNumId w:val="5"/>
  </w:num>
  <w:num w:numId="4" w16cid:durableId="288627214">
    <w:abstractNumId w:val="4"/>
  </w:num>
  <w:num w:numId="5" w16cid:durableId="370804560">
    <w:abstractNumId w:val="7"/>
  </w:num>
  <w:num w:numId="6" w16cid:durableId="1552881161">
    <w:abstractNumId w:val="3"/>
  </w:num>
  <w:num w:numId="7" w16cid:durableId="619190567">
    <w:abstractNumId w:val="2"/>
  </w:num>
  <w:num w:numId="8" w16cid:durableId="742489483">
    <w:abstractNumId w:val="1"/>
  </w:num>
  <w:num w:numId="9" w16cid:durableId="346367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5B97"/>
    <w:rsid w:val="0006063C"/>
    <w:rsid w:val="0015074B"/>
    <w:rsid w:val="0029639D"/>
    <w:rsid w:val="00326F90"/>
    <w:rsid w:val="003A44A2"/>
    <w:rsid w:val="00612323"/>
    <w:rsid w:val="00754C19"/>
    <w:rsid w:val="00857A49"/>
    <w:rsid w:val="008F02CE"/>
    <w:rsid w:val="00AA1D8D"/>
    <w:rsid w:val="00B47730"/>
    <w:rsid w:val="00CA60AE"/>
    <w:rsid w:val="00CB0664"/>
    <w:rsid w:val="00E71FB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0FF850"/>
  <w14:defaultImageDpi w14:val="300"/>
  <w15:docId w15:val="{C3DE632C-4768-43AF-837C-FB8EE7E7F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spacing w:after="120"/>
      <w:ind w:left="360"/>
      <w:contextualSpacing/>
    </w:pPr>
  </w:style>
  <w:style w:type="paragraph" w:styleId="Opstilling-forts2">
    <w:name w:val="List Continue 2"/>
    <w:basedOn w:val="Normal"/>
    <w:uiPriority w:val="99"/>
    <w:unhideWhenUsed/>
    <w:rsid w:val="0029639D"/>
    <w:pPr>
      <w:spacing w:after="120"/>
      <w:ind w:left="720"/>
      <w:contextualSpacing/>
    </w:pPr>
  </w:style>
  <w:style w:type="paragraph" w:styleId="Opstilling-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20B9C09282CE424BA00C7E5122D50358" ma:contentTypeVersion="14" ma:contentTypeDescription="Opret et nyt dokument." ma:contentTypeScope="" ma:versionID="9368385fd63b34e010e16e0f8b037594">
  <xsd:schema xmlns:xsd="http://www.w3.org/2001/XMLSchema" xmlns:xs="http://www.w3.org/2001/XMLSchema" xmlns:p="http://schemas.microsoft.com/office/2006/metadata/properties" xmlns:ns2="cd289c43-837e-45f8-8801-adb84d2225b5" xmlns:ns3="e2dd47a9-bcb7-4e75-bebd-7eb8829d2d8a" targetNamespace="http://schemas.microsoft.com/office/2006/metadata/properties" ma:root="true" ma:fieldsID="0ad4801685a1d8b72a746117da59cab7" ns2:_="" ns3:_="">
    <xsd:import namespace="cd289c43-837e-45f8-8801-adb84d2225b5"/>
    <xsd:import namespace="e2dd47a9-bcb7-4e75-bebd-7eb8829d2d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289c43-837e-45f8-8801-adb84d222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ledmærker" ma:readOnly="false" ma:fieldId="{5cf76f15-5ced-4ddc-b409-7134ff3c332f}" ma:taxonomyMulti="true" ma:sspId="db5eb320-0654-4fb0-92ed-d3080570d79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dd47a9-bcb7-4e75-bebd-7eb8829d2d8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efc097e-b9fc-4e6b-a9d8-b2a845b581df}" ma:internalName="TaxCatchAll" ma:showField="CatchAllData" ma:web="e2dd47a9-bcb7-4e75-bebd-7eb8829d2d8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d289c43-837e-45f8-8801-adb84d2225b5">
      <Terms xmlns="http://schemas.microsoft.com/office/infopath/2007/PartnerControls"/>
    </lcf76f155ced4ddcb4097134ff3c332f>
    <TaxCatchAll xmlns="e2dd47a9-bcb7-4e75-bebd-7eb8829d2d8a"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13AE488-03A8-4AB4-BFF1-D0A7C7A80692}"/>
</file>

<file path=customXml/itemProps3.xml><?xml version="1.0" encoding="utf-8"?>
<ds:datastoreItem xmlns:ds="http://schemas.openxmlformats.org/officeDocument/2006/customXml" ds:itemID="{091A0C23-03CA-45F1-9913-8CE3319F2DE9}"/>
</file>

<file path=customXml/itemProps4.xml><?xml version="1.0" encoding="utf-8"?>
<ds:datastoreItem xmlns:ds="http://schemas.openxmlformats.org/officeDocument/2006/customXml" ds:itemID="{C88A716A-B757-46E9-BECA-E8078BA7BDBC}"/>
</file>

<file path=docProps/app.xml><?xml version="1.0" encoding="utf-8"?>
<Properties xmlns="http://schemas.openxmlformats.org/officeDocument/2006/extended-properties" xmlns:vt="http://schemas.openxmlformats.org/officeDocument/2006/docPropsVTypes">
  <Template>Normal</Template>
  <TotalTime>3</TotalTime>
  <Pages>3</Pages>
  <Words>494</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Elin Lunding</cp:lastModifiedBy>
  <cp:revision>3</cp:revision>
  <dcterms:created xsi:type="dcterms:W3CDTF">2026-06-02T06:52:00Z</dcterms:created>
  <dcterms:modified xsi:type="dcterms:W3CDTF">2026-06-02T07:06:00Z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0x01010020B9C09282CE424BA00C7E5122D50358</vt:lpwstr>
  </property>
</Properties>
</file>